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מסלול של ארבע תחנות לקריאת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באסטרטגיות ניווט לפני, בזמן ואחרי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הבנת הנקרא בעזרת סדר עבודה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סוקרים את הטקסט - כותרת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בתחנה שעוסקת בפירוט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לסכם ולבדוק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לקבל מושג על מבנה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התחנה הראשונה היא סקירה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מוצג במצגת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שלב הסיכום והבדיקה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המסלול בנוי בסדר מסוים לכל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מחלקות את הטקסט לחלקים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סקירה ראשונית - הסתכלות על כותרת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ראשונה להבנה כללית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איתור פרטים ומידע מדויק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הרעיון המרכזי ובדיקת 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(סקירה 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(קריאה כללית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(איתור מידע מפורט)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(סיכום ובדיקה)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כל תחנה עוזרת להבין שלב אחר - קודם מבנה כללי, אחר כך פרטים, ולבסוף סיכום, וכך ההבנה עמוקה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להסתכל על הכותרת, תמונות וכותרות משנה כדי לקבל מושג כללי על הנושא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ארבע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סקירה כללית של הטקסט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סיכום ובדיקת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בכיתה ולעצור אחרי כל תחנה לדיון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המסלול על טקסט קצר ומוכר לפני מעבר לטקסט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סעיפי skip_n ולהתמקד בזיהוי התחנות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טקסט חדש. לא קוראים מיד. עוברים ארבע תחנות שעוזרות להבין.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בדרך, עצירה קצרה לפני ממשיכים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ניווט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את הדרך הנכונה בתוך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סקירה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מבט כללי וראשוני על הטקסט לפני הקריאה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את המשמעות של מה שקראנו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קטנה בתוך הטקסט שמחלקת אותו לחלקים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אמירה קצרה של הרעיון המרכזי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מידע מפורט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 קטנים שמופיעים בתוך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שמתחילים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סוקרים את הטקסט - כותרת ותמונות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על שאלות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מחפשים פרטים קטנים?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שרואים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בתחנה שעוסקת בפירוט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שזורקים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בסוף המסלול?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להתחיל לקרוא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ולבדוק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מסתכלים על כותרות משנה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לבזבז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לקבל מושג על מבנה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חובה בבחינה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לא לקרוא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המסלול מציע לקפוץ ישר לקריאה מהירה בלי הכנה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ארבע תחנות קבועות שמתאימות לכל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האחרונה בודקים אם הבנו את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תחנת הסקירה ולהגיע ישר לסיכום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כותרות משנה יכולות לעזור להבין את מבנה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שקוראים טקסט, כדאי לעשות __________ כללית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המסלול בנוי מארבע __________ לכל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בתחנה שעוסקת בפירוט מחפשים __________ מדויק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המסלול כותבים __________ קצר של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משנה מחלקות את הטקסט לחלקים ברורים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ראשונה להבנה כללית של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הרעיון המרכזי ובדיקת הבנה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סקירה ראשונית - הסתכלות על כותרת ותמונות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איתור פרטים ומידע מדויק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איתור מידע מפורט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סקירה לפני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סיכום ובדיקה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קריאה כללית 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כדאי לעבור בארבע תחנות ולא לקרוא טקסט בבת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לפעולה שהייתם עושים בתחנת הסקירה הראשונה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במסלול הניווט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בתחנה הראשונה?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התחנה האחרונה?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ניווט בטקסט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