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מסלול של ארבע תחנות לקריאת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באסטרטגיות ניווט לפני, בזמן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הנקרא בעזרת סדר עבודה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סוקרים את הטקסט - כותרת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בתחנה שעוסקת בפירוט המידע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התחנה הראשונה היא סקירה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שלב הסיכום והבדיקה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סקירה ראשונית - הסתכלות על כותרת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ראשונה להבנה כללית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איתור פרטים ומידע מדויק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הרעיון המרכזי ובדיקת 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(סקירה 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(קריאה כללית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(איתור מידע מפורט)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(סיכום ובדיקה)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כל תחנה עוזרת להבין שלב אחר - קודם מבנה כללי, אחר כך פרטים, ולבסוף סיכום, וכך ההבנה עמוקה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ארבע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סקירה כללית של הטקסט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סיכום ובדיקת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המצגת בכיתה ולעצור אחרי כל תחנה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המסלול על טקסט קצר ומוכר לפני מעבר לטקסט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סעיפי skip_n ולהתמקד בזיהוי התחנות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כשניגשים לטקסט חדש כדאי לא לקפוץ ישר לקריאה, אלא לעבור במסלול של ארבע תחנות שעוזרות להבין טוב יותר את הכתוב.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תחנות  ·  סקירה  ·  מידע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במסלול הניווט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בתחנה הראשונה, לפני הקריאה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כותבים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סוקרים את הטקסט - כותרת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עונים על שאלות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כדאי לאתר פרטים ומידע מדויק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שרואים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בתחנה שעוסקת בפירוט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שזורקים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המסלול מציע לקפוץ ישר לקריאה מהירה בלי 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ארבע תחנות קבועות שמתאימות לכל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בתחנה האחרונה בודקים אם הבנו 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שקוראים טקסט, כדאי לעשות __________ כללית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המסלול בנוי מארבע __________ לכל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בתחנה שעוסקת בפירוט מחפשים __________ מדויק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סיכום הרעיון המרכזי ובדיקת 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איתור פרטים ומידע מדויק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סקירה ראשונית - הסתכלות על כותרת ותמונות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ראשונה להבנה כללית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קריאה כללית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סיכום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סקירה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איתור מידע מפורט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כדאי לעבור בארבע תחנות ולא לקרוא טקסט בבת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במסלול הניווט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בתחנה הראשונה?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ניווט בטקסט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